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Sales Receipt</w:t>
      </w:r>
    </w:p>
    <w:p>
      <w:r>
        <w:rPr>
          <w:color w:val="888888"/>
          <w:sz w:val="18"/>
        </w:rPr>
        <w:t>Generated with ProeInvoice — proeinvoice.com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  <w:sz w:val="20"/>
              </w:rPr>
              <w:t>Seller business name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Seller address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Phone / email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Sales receipt #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Date of sale</w:t>
            </w:r>
          </w:p>
        </w:tc>
        <w:tc>
          <w:tcPr>
            <w:tcW w:type="dxa" w:w="5040"/>
          </w:tcPr>
          <w:p>
            <w:r>
              <w:t xml:space="preserve"> 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Customer name</w:t>
            </w:r>
          </w:p>
        </w:tc>
        <w:tc>
          <w:tcPr>
            <w:tcW w:type="dxa" w:w="5040"/>
          </w:tcPr>
          <w:p>
            <w:r>
              <w:t>(or Cash Customer)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0"/>
              </w:rPr>
              <w:t>Payment method</w:t>
            </w:r>
          </w:p>
        </w:tc>
        <w:tc>
          <w:tcPr>
            <w:tcW w:type="dxa" w:w="5040"/>
          </w:tcPr>
          <w:p>
            <w:r>
              <w:t>(cash / card last 4 / check #)</w:t>
            </w:r>
          </w:p>
        </w:tc>
      </w:tr>
    </w:tbl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b/>
                <w:sz w:val="20"/>
              </w:rPr>
              <w:t>Item / Description</w:t>
            </w:r>
          </w:p>
        </w:tc>
        <w:tc>
          <w:tcPr>
            <w:tcW w:type="dxa" w:w="2520"/>
          </w:tcPr>
          <w:p>
            <w:r>
              <w:rPr>
                <w:b/>
                <w:sz w:val="20"/>
              </w:rPr>
              <w:t>Qty</w:t>
            </w:r>
          </w:p>
        </w:tc>
        <w:tc>
          <w:tcPr>
            <w:tcW w:type="dxa" w:w="2520"/>
          </w:tcPr>
          <w:p>
            <w:r>
              <w:rPr>
                <w:b/>
                <w:sz w:val="20"/>
              </w:rPr>
              <w:t>Unit Price</w:t>
            </w:r>
          </w:p>
        </w:tc>
        <w:tc>
          <w:tcPr>
            <w:tcW w:type="dxa" w:w="2520"/>
          </w:tcPr>
          <w:p>
            <w:r>
              <w:rPr>
                <w:b/>
                <w:sz w:val="20"/>
              </w:rPr>
              <w:t>Amount</w:t>
            </w:r>
          </w:p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520"/>
          </w:tcPr>
          <w:p/>
        </w:tc>
      </w:tr>
    </w:tbl>
    <w:p/>
    <w:p>
      <w:r>
        <w:rPr>
          <w:sz w:val="20"/>
        </w:rPr>
        <w:t>Return / exchange policy: ________________________________</w:t>
      </w:r>
    </w:p>
    <w:p>
      <w:r>
        <w:rPr>
          <w:sz w:val="20"/>
        </w:rPr>
      </w:r>
    </w:p>
    <w:p>
      <w:r>
        <w:rPr>
          <w:sz w:val="20"/>
        </w:rPr>
        <w:t>Authorized signature: ________________________________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