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Payment Receipt</w:t>
      </w:r>
    </w:p>
    <w:p>
      <w:r>
        <w:rPr>
          <w:color w:val="888888"/>
          <w:sz w:val="18"/>
        </w:rPr>
        <w:t>Generated with ProeInvoice — proeinvoice.com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  <w:sz w:val="20"/>
              </w:rPr>
              <w:t>Business name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Business address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Phone / email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Receipt #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Date received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Received from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Payment method</w:t>
            </w:r>
          </w:p>
        </w:tc>
        <w:tc>
          <w:tcPr>
            <w:tcW w:type="dxa" w:w="5040"/>
          </w:tcPr>
          <w:p>
            <w:r>
              <w:t>(cash / card / transfer / check #)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Reference / Invoice #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</w:tbl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  <w:sz w:val="20"/>
              </w:rPr>
              <w:t>Description</w:t>
            </w:r>
          </w:p>
        </w:tc>
        <w:tc>
          <w:tcPr>
            <w:tcW w:type="dxa" w:w="5040"/>
          </w:tcPr>
          <w:p>
            <w:r>
              <w:rPr>
                <w:b/>
                <w:sz w:val="20"/>
              </w:rPr>
              <w:t>Amount</w:t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5040"/>
          </w:tcPr>
          <w:p/>
        </w:tc>
      </w:tr>
    </w:tbl>
    <w:p/>
    <w:p>
      <w:r>
        <w:rPr>
          <w:sz w:val="20"/>
        </w:rPr>
        <w:t>Authorized signature: ________________________________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